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4C" w:rsidRPr="008E7989" w:rsidRDefault="00115A05">
      <w:pPr>
        <w:jc w:val="center"/>
        <w:rPr>
          <w:rFonts w:ascii="標楷體" w:eastAsia="標楷體" w:hAnsi="標楷體"/>
          <w:sz w:val="28"/>
          <w:szCs w:val="28"/>
          <w:lang w:eastAsia="zh-TW"/>
        </w:rPr>
      </w:pPr>
      <w:r w:rsidRPr="008E7989">
        <w:rPr>
          <w:rFonts w:ascii="標楷體" w:eastAsia="標楷體" w:hAnsi="標楷體"/>
          <w:b/>
          <w:color w:val="244A5A"/>
          <w:sz w:val="28"/>
          <w:szCs w:val="28"/>
          <w:lang w:eastAsia="zh-TW"/>
        </w:rPr>
        <w:t>附件</w:t>
      </w:r>
      <w:r w:rsidRPr="008E7989">
        <w:rPr>
          <w:rFonts w:ascii="標楷體" w:eastAsia="標楷體" w:hAnsi="標楷體"/>
          <w:b/>
          <w:color w:val="244A5A"/>
          <w:sz w:val="28"/>
          <w:szCs w:val="28"/>
          <w:lang w:eastAsia="zh-TW"/>
        </w:rPr>
        <w:t xml:space="preserve"> 1</w:t>
      </w:r>
      <w:r w:rsidRPr="008E7989">
        <w:rPr>
          <w:rFonts w:ascii="標楷體" w:eastAsia="標楷體" w:hAnsi="標楷體"/>
          <w:b/>
          <w:color w:val="244A5A"/>
          <w:sz w:val="28"/>
          <w:szCs w:val="28"/>
          <w:lang w:eastAsia="zh-TW"/>
        </w:rPr>
        <w:t xml:space="preserve">　自主學習計畫書</w:t>
      </w:r>
    </w:p>
    <w:p w:rsidR="006B644C" w:rsidRPr="008E7989" w:rsidRDefault="006B644C">
      <w:pPr>
        <w:spacing w:after="280"/>
        <w:jc w:val="center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463"/>
      </w:tblGrid>
      <w:tr w:rsidR="006B644C" w:rsidRPr="008E7989">
        <w:trPr>
          <w:tblHeader/>
          <w:jc w:val="center"/>
        </w:trPr>
        <w:tc>
          <w:tcPr>
            <w:tcW w:w="2835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基本資料</w:t>
            </w:r>
            <w:proofErr w:type="spellEnd"/>
          </w:p>
        </w:tc>
        <w:tc>
          <w:tcPr>
            <w:tcW w:w="6463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填寫內容</w:t>
            </w: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學生姓名／學號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年級／課程或實習科別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sz w:val="28"/>
                <w:szCs w:val="28"/>
              </w:rPr>
              <w:t>學習主題</w:t>
            </w:r>
            <w:proofErr w:type="spellEnd"/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執行期間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 xml:space="preserve">　　年　　月　　日至　　年　　月　　日</w:t>
            </w: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指導教師／同儕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B644C" w:rsidRPr="008E7989" w:rsidRDefault="00115A05">
      <w:pPr>
        <w:pStyle w:val="1"/>
        <w:rPr>
          <w:rFonts w:ascii="標楷體" w:eastAsia="標楷體" w:hAnsi="標楷體"/>
          <w:sz w:val="32"/>
          <w:szCs w:val="32"/>
        </w:rPr>
      </w:pPr>
      <w:r w:rsidRPr="008E7989">
        <w:rPr>
          <w:rFonts w:ascii="標楷體" w:eastAsia="標楷體" w:hAnsi="標楷體"/>
          <w:sz w:val="32"/>
          <w:szCs w:val="32"/>
        </w:rPr>
        <w:t>一、學習需求與背景</w:t>
      </w:r>
    </w:p>
    <w:p w:rsidR="006B644C" w:rsidRPr="008E7989" w:rsidRDefault="00115A05">
      <w:pPr>
        <w:rPr>
          <w:rFonts w:ascii="標楷體" w:eastAsia="標楷體" w:hAnsi="標楷體"/>
          <w:sz w:val="28"/>
          <w:szCs w:val="28"/>
          <w:lang w:eastAsia="zh-TW"/>
        </w:rPr>
      </w:pPr>
      <w:r w:rsidRPr="008E7989">
        <w:rPr>
          <w:rFonts w:ascii="標楷體" w:eastAsia="標楷體" w:hAnsi="標楷體"/>
          <w:sz w:val="28"/>
          <w:szCs w:val="28"/>
          <w:lang w:eastAsia="zh-TW"/>
        </w:rPr>
        <w:t>請說明本次學習需求如何產生，例如自我評估、課程測驗、</w:t>
      </w:r>
      <w:r w:rsidRPr="008E7989">
        <w:rPr>
          <w:rFonts w:ascii="標楷體" w:eastAsia="標楷體" w:hAnsi="標楷體"/>
          <w:sz w:val="28"/>
          <w:szCs w:val="28"/>
          <w:lang w:eastAsia="zh-TW"/>
        </w:rPr>
        <w:t>PBL</w:t>
      </w:r>
      <w:r w:rsidRPr="008E7989">
        <w:rPr>
          <w:rFonts w:ascii="標楷體" w:eastAsia="標楷體" w:hAnsi="標楷體"/>
          <w:sz w:val="28"/>
          <w:szCs w:val="28"/>
          <w:lang w:eastAsia="zh-TW"/>
        </w:rPr>
        <w:t>、病例討論、臨床回饋或個人興趣。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6B644C" w:rsidRPr="008E7989">
        <w:trPr>
          <w:tblHeader/>
          <w:jc w:val="center"/>
        </w:trPr>
        <w:tc>
          <w:tcPr>
            <w:tcW w:w="929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填寫區</w:t>
            </w:r>
            <w:proofErr w:type="spellEnd"/>
          </w:p>
        </w:tc>
      </w:tr>
      <w:tr w:rsidR="006B644C" w:rsidRPr="008E7989">
        <w:trPr>
          <w:jc w:val="center"/>
        </w:trPr>
        <w:tc>
          <w:tcPr>
            <w:tcW w:w="929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8E7989" w:rsidRDefault="008E7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E7989" w:rsidRDefault="008E7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E7989" w:rsidRDefault="008E7989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  <w:p w:rsidR="008E7989" w:rsidRDefault="008E7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8E7989">
              <w:rPr>
                <w:rFonts w:ascii="標楷體" w:eastAsia="標楷體" w:hAnsi="標楷體"/>
                <w:sz w:val="28"/>
                <w:szCs w:val="28"/>
              </w:rPr>
              <w:br/>
            </w:r>
          </w:p>
        </w:tc>
      </w:tr>
    </w:tbl>
    <w:p w:rsidR="006B644C" w:rsidRPr="008E7989" w:rsidRDefault="00115A05">
      <w:pPr>
        <w:pStyle w:val="1"/>
        <w:rPr>
          <w:rFonts w:ascii="標楷體" w:eastAsia="標楷體" w:hAnsi="標楷體"/>
          <w:sz w:val="32"/>
          <w:szCs w:val="32"/>
        </w:rPr>
      </w:pPr>
      <w:r w:rsidRPr="008E7989">
        <w:rPr>
          <w:rFonts w:ascii="標楷體" w:eastAsia="標楷體" w:hAnsi="標楷體"/>
          <w:sz w:val="32"/>
          <w:szCs w:val="32"/>
        </w:rPr>
        <w:lastRenderedPageBreak/>
        <w:t>二、學習目標</w:t>
      </w:r>
    </w:p>
    <w:p w:rsidR="006B644C" w:rsidRPr="008E7989" w:rsidRDefault="00115A05">
      <w:pPr>
        <w:rPr>
          <w:rFonts w:ascii="標楷體" w:eastAsia="標楷體" w:hAnsi="標楷體"/>
          <w:sz w:val="28"/>
          <w:szCs w:val="28"/>
          <w:lang w:eastAsia="zh-TW"/>
        </w:rPr>
      </w:pPr>
      <w:r w:rsidRPr="008E7989">
        <w:rPr>
          <w:rFonts w:ascii="標楷體" w:eastAsia="標楷體" w:hAnsi="標楷體"/>
          <w:sz w:val="28"/>
          <w:szCs w:val="28"/>
          <w:lang w:eastAsia="zh-TW"/>
        </w:rPr>
        <w:t>請列出</w:t>
      </w:r>
      <w:r w:rsidRPr="008E7989">
        <w:rPr>
          <w:rFonts w:ascii="標楷體" w:eastAsia="標楷體" w:hAnsi="標楷體"/>
          <w:sz w:val="28"/>
          <w:szCs w:val="28"/>
          <w:lang w:eastAsia="zh-TW"/>
        </w:rPr>
        <w:t xml:space="preserve"> 1</w:t>
      </w:r>
      <w:proofErr w:type="gramStart"/>
      <w:r w:rsidRPr="008E7989">
        <w:rPr>
          <w:rFonts w:ascii="標楷體" w:eastAsia="標楷體" w:hAnsi="標楷體"/>
          <w:sz w:val="28"/>
          <w:szCs w:val="28"/>
          <w:lang w:eastAsia="zh-TW"/>
        </w:rPr>
        <w:t>–</w:t>
      </w:r>
      <w:proofErr w:type="gramEnd"/>
      <w:r w:rsidRPr="008E7989">
        <w:rPr>
          <w:rFonts w:ascii="標楷體" w:eastAsia="標楷體" w:hAnsi="標楷體"/>
          <w:sz w:val="28"/>
          <w:szCs w:val="28"/>
          <w:lang w:eastAsia="zh-TW"/>
        </w:rPr>
        <w:t xml:space="preserve">3 </w:t>
      </w:r>
      <w:r w:rsidRPr="008E7989">
        <w:rPr>
          <w:rFonts w:ascii="標楷體" w:eastAsia="標楷體" w:hAnsi="標楷體"/>
          <w:sz w:val="28"/>
          <w:szCs w:val="28"/>
          <w:lang w:eastAsia="zh-TW"/>
        </w:rPr>
        <w:t>項具體、可完成且有期限的學習目標。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5272"/>
        <w:gridCol w:w="3288"/>
      </w:tblGrid>
      <w:tr w:rsidR="006B644C" w:rsidRPr="008E7989">
        <w:trPr>
          <w:tblHeader/>
          <w:jc w:val="center"/>
        </w:trPr>
        <w:tc>
          <w:tcPr>
            <w:tcW w:w="737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序號</w:t>
            </w:r>
            <w:proofErr w:type="spellEnd"/>
          </w:p>
        </w:tc>
        <w:tc>
          <w:tcPr>
            <w:tcW w:w="5272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學習目標</w:t>
            </w:r>
          </w:p>
        </w:tc>
        <w:tc>
          <w:tcPr>
            <w:tcW w:w="328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完成指標</w:t>
            </w:r>
          </w:p>
        </w:tc>
      </w:tr>
      <w:tr w:rsidR="006B644C" w:rsidRPr="008E7989">
        <w:trPr>
          <w:jc w:val="center"/>
        </w:trPr>
        <w:tc>
          <w:tcPr>
            <w:tcW w:w="73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5272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44C" w:rsidRPr="008E7989">
        <w:trPr>
          <w:jc w:val="center"/>
        </w:trPr>
        <w:tc>
          <w:tcPr>
            <w:tcW w:w="73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5272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44C" w:rsidRPr="008E7989">
        <w:trPr>
          <w:jc w:val="center"/>
        </w:trPr>
        <w:tc>
          <w:tcPr>
            <w:tcW w:w="737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272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B644C" w:rsidRPr="008E7989" w:rsidRDefault="00115A05">
      <w:pPr>
        <w:pStyle w:val="1"/>
        <w:rPr>
          <w:rFonts w:ascii="標楷體" w:eastAsia="標楷體" w:hAnsi="標楷體"/>
          <w:sz w:val="32"/>
          <w:szCs w:val="32"/>
        </w:rPr>
      </w:pPr>
      <w:r w:rsidRPr="008E7989">
        <w:rPr>
          <w:rFonts w:ascii="標楷體" w:eastAsia="標楷體" w:hAnsi="標楷體"/>
          <w:sz w:val="32"/>
          <w:szCs w:val="32"/>
        </w:rPr>
        <w:t>三、學習方法與資源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30"/>
      </w:tblGrid>
      <w:tr w:rsidR="006B644C" w:rsidRPr="008E7989">
        <w:trPr>
          <w:tblHeader/>
          <w:jc w:val="center"/>
        </w:trPr>
        <w:tc>
          <w:tcPr>
            <w:tcW w:w="2268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項目</w:t>
            </w:r>
          </w:p>
        </w:tc>
        <w:tc>
          <w:tcPr>
            <w:tcW w:w="7030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規劃內容</w:t>
            </w:r>
          </w:p>
        </w:tc>
      </w:tr>
      <w:tr w:rsidR="006B644C" w:rsidRPr="008E7989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資料來源</w:t>
            </w:r>
          </w:p>
        </w:tc>
        <w:tc>
          <w:tcPr>
            <w:tcW w:w="7030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教科書、資料庫、臨床指引、研究文獻、影音教材或其他</w:t>
            </w:r>
          </w:p>
        </w:tc>
      </w:tr>
      <w:tr w:rsidR="006B644C" w:rsidRPr="008E7989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sz w:val="28"/>
                <w:szCs w:val="28"/>
              </w:rPr>
              <w:t>學習活動</w:t>
            </w:r>
            <w:proofErr w:type="spellEnd"/>
          </w:p>
        </w:tc>
        <w:tc>
          <w:tcPr>
            <w:tcW w:w="7030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閱讀、</w:t>
            </w:r>
            <w:proofErr w:type="gramStart"/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文獻評讀</w:t>
            </w:r>
            <w:proofErr w:type="gramEnd"/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、實作、病例討論、同儕教學、訪談、研究或其他</w:t>
            </w:r>
          </w:p>
        </w:tc>
      </w:tr>
      <w:tr w:rsidR="006B644C" w:rsidRPr="008E7989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sz w:val="28"/>
                <w:szCs w:val="28"/>
              </w:rPr>
              <w:t>成果形式</w:t>
            </w:r>
            <w:proofErr w:type="spellEnd"/>
          </w:p>
        </w:tc>
        <w:tc>
          <w:tcPr>
            <w:tcW w:w="7030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簡報、書面報告、海報、概念圖、教案、影片、技能成果或其他</w:t>
            </w:r>
          </w:p>
        </w:tc>
      </w:tr>
      <w:tr w:rsidR="006B644C" w:rsidRPr="008E7989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sz w:val="28"/>
                <w:szCs w:val="28"/>
              </w:rPr>
              <w:t>時程安排</w:t>
            </w:r>
            <w:proofErr w:type="spellEnd"/>
          </w:p>
        </w:tc>
        <w:tc>
          <w:tcPr>
            <w:tcW w:w="7030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B644C" w:rsidRPr="008E7989" w:rsidRDefault="00115A05">
      <w:pPr>
        <w:pStyle w:val="1"/>
        <w:rPr>
          <w:rFonts w:ascii="標楷體" w:eastAsia="標楷體" w:hAnsi="標楷體"/>
          <w:sz w:val="32"/>
          <w:szCs w:val="32"/>
          <w:lang w:eastAsia="zh-TW"/>
        </w:rPr>
      </w:pPr>
      <w:r w:rsidRPr="008E7989">
        <w:rPr>
          <w:rFonts w:ascii="標楷體" w:eastAsia="標楷體" w:hAnsi="標楷體"/>
          <w:sz w:val="32"/>
          <w:szCs w:val="32"/>
          <w:lang w:eastAsia="zh-TW"/>
        </w:rPr>
        <w:t>四、預期分享與回饋方式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463"/>
      </w:tblGrid>
      <w:tr w:rsidR="006B644C" w:rsidRPr="008E7989">
        <w:trPr>
          <w:tblHeader/>
          <w:jc w:val="center"/>
        </w:trPr>
        <w:tc>
          <w:tcPr>
            <w:tcW w:w="2835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分享對象／場合</w:t>
            </w:r>
            <w:proofErr w:type="spellEnd"/>
          </w:p>
        </w:tc>
        <w:tc>
          <w:tcPr>
            <w:tcW w:w="6463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回饋方式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  <w:lang w:eastAsia="zh-TW"/>
              </w:rPr>
              <w:t>教師回饋、同儕回饋、自我評量或其他</w:t>
            </w: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8E7989">
              <w:rPr>
                <w:rFonts w:ascii="標楷體" w:eastAsia="標楷體" w:hAnsi="標楷體"/>
                <w:sz w:val="28"/>
                <w:szCs w:val="28"/>
              </w:rPr>
              <w:t>預計納入</w:t>
            </w:r>
            <w:proofErr w:type="spellEnd"/>
            <w:r w:rsidRPr="008E798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 xml:space="preserve">e-Portfolio </w:t>
            </w:r>
            <w:proofErr w:type="spellStart"/>
            <w:r w:rsidRPr="008E7989">
              <w:rPr>
                <w:rFonts w:ascii="標楷體" w:eastAsia="標楷體" w:hAnsi="標楷體"/>
                <w:sz w:val="28"/>
                <w:szCs w:val="28"/>
              </w:rPr>
              <w:t>之資料</w:t>
            </w:r>
            <w:proofErr w:type="spellEnd"/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B644C" w:rsidRPr="008E7989" w:rsidRDefault="00115A05">
      <w:pPr>
        <w:pStyle w:val="1"/>
        <w:rPr>
          <w:rFonts w:ascii="標楷體" w:eastAsia="標楷體" w:hAnsi="標楷體"/>
          <w:sz w:val="32"/>
          <w:szCs w:val="32"/>
        </w:rPr>
      </w:pPr>
      <w:r w:rsidRPr="008E7989">
        <w:rPr>
          <w:rFonts w:ascii="標楷體" w:eastAsia="標楷體" w:hAnsi="標楷體"/>
          <w:sz w:val="32"/>
          <w:szCs w:val="32"/>
        </w:rPr>
        <w:t>五、確認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463"/>
      </w:tblGrid>
      <w:tr w:rsidR="006B644C" w:rsidRPr="008E7989">
        <w:trPr>
          <w:tblHeader/>
          <w:jc w:val="center"/>
        </w:trPr>
        <w:tc>
          <w:tcPr>
            <w:tcW w:w="2835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b/>
                <w:color w:val="244A5A"/>
                <w:sz w:val="28"/>
                <w:szCs w:val="28"/>
              </w:rPr>
              <w:t>學生簽名／日期</w:t>
            </w:r>
          </w:p>
        </w:tc>
        <w:tc>
          <w:tcPr>
            <w:tcW w:w="6463" w:type="dxa"/>
            <w:shd w:val="clear" w:color="auto" w:fill="DCECE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44C" w:rsidRPr="008E7989">
        <w:trPr>
          <w:jc w:val="center"/>
        </w:trPr>
        <w:tc>
          <w:tcPr>
            <w:tcW w:w="2835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115A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7989">
              <w:rPr>
                <w:rFonts w:ascii="標楷體" w:eastAsia="標楷體" w:hAnsi="標楷體"/>
                <w:sz w:val="28"/>
                <w:szCs w:val="28"/>
              </w:rPr>
              <w:t>指導教師簽名／日期</w:t>
            </w:r>
          </w:p>
        </w:tc>
        <w:tc>
          <w:tcPr>
            <w:tcW w:w="6463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6B644C" w:rsidRPr="008E7989" w:rsidRDefault="006B64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15A05" w:rsidRPr="008E7989" w:rsidRDefault="00115A05">
      <w:pPr>
        <w:rPr>
          <w:rFonts w:ascii="標楷體" w:eastAsia="標楷體" w:hAnsi="標楷體"/>
          <w:sz w:val="28"/>
          <w:szCs w:val="28"/>
        </w:rPr>
      </w:pPr>
    </w:p>
    <w:sectPr w:rsidR="00115A05" w:rsidRPr="008E7989" w:rsidSect="00034616">
      <w:footerReference w:type="default" r:id="rId8"/>
      <w:pgSz w:w="12240" w:h="15840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A05" w:rsidRDefault="00115A05">
      <w:pPr>
        <w:spacing w:after="0" w:line="240" w:lineRule="auto"/>
      </w:pPr>
      <w:r>
        <w:separator/>
      </w:r>
    </w:p>
  </w:endnote>
  <w:endnote w:type="continuationSeparator" w:id="0">
    <w:p w:rsidR="00115A05" w:rsidRDefault="0011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44C" w:rsidRDefault="00115A05">
    <w:pPr>
      <w:pStyle w:val="a7"/>
      <w:jc w:val="center"/>
      <w:rPr>
        <w:lang w:eastAsia="zh-TW"/>
      </w:rPr>
    </w:pPr>
    <w:r>
      <w:rPr>
        <w:color w:val="666666"/>
        <w:sz w:val="17"/>
        <w:lang w:eastAsia="zh-TW"/>
      </w:rPr>
      <w:t>義守大學醫學系｜自主學習專欄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A05" w:rsidRDefault="00115A05">
      <w:pPr>
        <w:spacing w:after="0" w:line="240" w:lineRule="auto"/>
      </w:pPr>
      <w:r>
        <w:separator/>
      </w:r>
    </w:p>
  </w:footnote>
  <w:footnote w:type="continuationSeparator" w:id="0">
    <w:p w:rsidR="00115A05" w:rsidRDefault="00115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3BED"/>
    <w:rsid w:val="00115A05"/>
    <w:rsid w:val="0015074B"/>
    <w:rsid w:val="0029639D"/>
    <w:rsid w:val="00326F90"/>
    <w:rsid w:val="006B644C"/>
    <w:rsid w:val="008E798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411CA"/>
  <w14:defaultImageDpi w14:val="300"/>
  <w15:docId w15:val="{5FA90A93-DB60-4E08-AA1D-B2DE4FE8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00" w:line="324" w:lineRule="auto"/>
    </w:pPr>
    <w:rPr>
      <w:rFonts w:ascii="Noto Sans CJK TC" w:eastAsia="Noto Sans CJK TC" w:hAnsi="Noto Sans CJK T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244A5A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244A5A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244A5A"/>
      <w:spacing w:val="5"/>
      <w:kern w:val="28"/>
      <w:sz w:val="44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Label">
    <w:name w:val="Section Label"/>
    <w:pPr>
      <w:spacing w:before="120" w:after="60"/>
    </w:pPr>
    <w:rPr>
      <w:rFonts w:ascii="Noto Sans CJK TC" w:eastAsia="Noto Sans CJK TC" w:hAnsi="Noto Sans CJK TC"/>
      <w:b/>
      <w:color w:val="244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713D68-54C2-4BAF-84BC-71E96756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5</vt:i4>
      </vt:variant>
    </vt:vector>
  </HeadingPairs>
  <TitlesOfParts>
    <vt:vector size="6" baseType="lpstr">
      <vt:lpstr/>
      <vt:lpstr>一、學習需求與背景</vt:lpstr>
      <vt:lpstr>二、學習目標</vt:lpstr>
      <vt:lpstr>三、學習方法與資源</vt:lpstr>
      <vt:lpstr>四、預期分享與回饋方式</vt:lpstr>
      <vt:lpstr>五、確認</vt:lpstr>
    </vt:vector>
  </TitlesOfParts>
  <Manager/>
  <Company/>
  <LinksUpToDate>false</LinksUpToDate>
  <CharactersWithSpaces>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3</cp:revision>
  <dcterms:created xsi:type="dcterms:W3CDTF">2026-08-04T08:01:00Z</dcterms:created>
  <dcterms:modified xsi:type="dcterms:W3CDTF">2026-08-04T08:06:00Z</dcterms:modified>
  <cp:category/>
</cp:coreProperties>
</file>