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669" w:rsidRPr="000D019B" w:rsidRDefault="00903DF4">
      <w:pPr>
        <w:jc w:val="center"/>
        <w:rPr>
          <w:rFonts w:ascii="標楷體" w:eastAsia="標楷體" w:hAnsi="標楷體"/>
          <w:sz w:val="44"/>
          <w:szCs w:val="44"/>
          <w:lang w:eastAsia="zh-TW"/>
        </w:rPr>
      </w:pPr>
      <w:r w:rsidRPr="000D019B">
        <w:rPr>
          <w:rFonts w:ascii="標楷體" w:eastAsia="標楷體" w:hAnsi="標楷體"/>
          <w:b/>
          <w:color w:val="244A5A"/>
          <w:sz w:val="44"/>
          <w:szCs w:val="44"/>
          <w:lang w:eastAsia="zh-TW"/>
        </w:rPr>
        <w:t>附件</w:t>
      </w:r>
      <w:r w:rsidRPr="000D019B">
        <w:rPr>
          <w:rFonts w:ascii="標楷體" w:eastAsia="標楷體" w:hAnsi="標楷體"/>
          <w:b/>
          <w:color w:val="244A5A"/>
          <w:sz w:val="44"/>
          <w:szCs w:val="44"/>
          <w:lang w:eastAsia="zh-TW"/>
        </w:rPr>
        <w:t xml:space="preserve"> 2</w:t>
      </w:r>
      <w:r w:rsidRPr="000D019B">
        <w:rPr>
          <w:rFonts w:ascii="標楷體" w:eastAsia="標楷體" w:hAnsi="標楷體"/>
          <w:b/>
          <w:color w:val="244A5A"/>
          <w:sz w:val="44"/>
          <w:szCs w:val="44"/>
          <w:lang w:eastAsia="zh-TW"/>
        </w:rPr>
        <w:t xml:space="preserve">　自主學習成果與反思紀錄表</w:t>
      </w:r>
    </w:p>
    <w:p w:rsidR="004F2669" w:rsidRPr="000D019B" w:rsidRDefault="004F2669">
      <w:pPr>
        <w:spacing w:after="280"/>
        <w:jc w:val="center"/>
        <w:rPr>
          <w:rFonts w:ascii="標楷體" w:eastAsia="標楷體" w:hAnsi="標楷體"/>
          <w:sz w:val="28"/>
          <w:szCs w:val="28"/>
          <w:lang w:eastAsia="zh-TW"/>
        </w:rPr>
      </w:pPr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6463"/>
      </w:tblGrid>
      <w:tr w:rsidR="004F2669" w:rsidRPr="000D019B">
        <w:trPr>
          <w:tblHeader/>
          <w:jc w:val="center"/>
        </w:trPr>
        <w:tc>
          <w:tcPr>
            <w:tcW w:w="2835" w:type="dxa"/>
            <w:shd w:val="clear" w:color="auto" w:fill="DCECE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4F2669" w:rsidRPr="000D019B" w:rsidRDefault="00903DF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0D019B">
              <w:rPr>
                <w:rFonts w:ascii="標楷體" w:eastAsia="標楷體" w:hAnsi="標楷體"/>
                <w:b/>
                <w:color w:val="244A5A"/>
                <w:sz w:val="28"/>
                <w:szCs w:val="28"/>
              </w:rPr>
              <w:t>基本資料</w:t>
            </w:r>
            <w:proofErr w:type="spellEnd"/>
          </w:p>
        </w:tc>
        <w:tc>
          <w:tcPr>
            <w:tcW w:w="6463" w:type="dxa"/>
            <w:shd w:val="clear" w:color="auto" w:fill="DCECE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4F2669" w:rsidRPr="000D019B" w:rsidRDefault="00903DF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D019B">
              <w:rPr>
                <w:rFonts w:ascii="標楷體" w:eastAsia="標楷體" w:hAnsi="標楷體"/>
                <w:b/>
                <w:color w:val="244A5A"/>
                <w:sz w:val="28"/>
                <w:szCs w:val="28"/>
              </w:rPr>
              <w:t>填寫內容</w:t>
            </w:r>
          </w:p>
        </w:tc>
      </w:tr>
      <w:tr w:rsidR="004F2669" w:rsidRPr="000D019B">
        <w:trPr>
          <w:jc w:val="center"/>
        </w:trPr>
        <w:tc>
          <w:tcPr>
            <w:tcW w:w="2835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4F2669" w:rsidRPr="000D019B" w:rsidRDefault="00903DF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D019B">
              <w:rPr>
                <w:rFonts w:ascii="標楷體" w:eastAsia="標楷體" w:hAnsi="標楷體"/>
                <w:sz w:val="28"/>
                <w:szCs w:val="28"/>
              </w:rPr>
              <w:t>學生姓名／學號</w:t>
            </w:r>
          </w:p>
        </w:tc>
        <w:tc>
          <w:tcPr>
            <w:tcW w:w="6463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4F2669" w:rsidRPr="000D019B" w:rsidRDefault="004F26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F2669" w:rsidRPr="000D019B">
        <w:trPr>
          <w:jc w:val="center"/>
        </w:trPr>
        <w:tc>
          <w:tcPr>
            <w:tcW w:w="2835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4F2669" w:rsidRPr="000D019B" w:rsidRDefault="00903DF4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0D019B">
              <w:rPr>
                <w:rFonts w:ascii="標楷體" w:eastAsia="標楷體" w:hAnsi="標楷體"/>
                <w:sz w:val="28"/>
                <w:szCs w:val="28"/>
                <w:lang w:eastAsia="zh-TW"/>
              </w:rPr>
              <w:t>年級／課程或實習科別</w:t>
            </w:r>
          </w:p>
        </w:tc>
        <w:tc>
          <w:tcPr>
            <w:tcW w:w="6463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4F2669" w:rsidRPr="000D019B" w:rsidRDefault="004F2669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4F2669" w:rsidRPr="000D019B">
        <w:trPr>
          <w:jc w:val="center"/>
        </w:trPr>
        <w:tc>
          <w:tcPr>
            <w:tcW w:w="2835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4F2669" w:rsidRPr="000D019B" w:rsidRDefault="00903DF4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0D019B">
              <w:rPr>
                <w:rFonts w:ascii="標楷體" w:eastAsia="標楷體" w:hAnsi="標楷體"/>
                <w:sz w:val="28"/>
                <w:szCs w:val="28"/>
              </w:rPr>
              <w:t>學習主題</w:t>
            </w:r>
            <w:proofErr w:type="spellEnd"/>
          </w:p>
        </w:tc>
        <w:tc>
          <w:tcPr>
            <w:tcW w:w="6463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4F2669" w:rsidRPr="000D019B" w:rsidRDefault="004F26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F2669" w:rsidRPr="000D019B">
        <w:trPr>
          <w:jc w:val="center"/>
        </w:trPr>
        <w:tc>
          <w:tcPr>
            <w:tcW w:w="2835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4F2669" w:rsidRPr="000D019B" w:rsidRDefault="00903DF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D019B">
              <w:rPr>
                <w:rFonts w:ascii="標楷體" w:eastAsia="標楷體" w:hAnsi="標楷體"/>
                <w:sz w:val="28"/>
                <w:szCs w:val="28"/>
              </w:rPr>
              <w:t>完成日期</w:t>
            </w:r>
          </w:p>
        </w:tc>
        <w:tc>
          <w:tcPr>
            <w:tcW w:w="6463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4F2669" w:rsidRPr="000D019B" w:rsidRDefault="00903DF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D019B">
              <w:rPr>
                <w:rFonts w:ascii="標楷體" w:eastAsia="標楷體" w:hAnsi="標楷體"/>
                <w:sz w:val="28"/>
                <w:szCs w:val="28"/>
              </w:rPr>
              <w:t xml:space="preserve">　　年　　月　　日</w:t>
            </w:r>
          </w:p>
        </w:tc>
      </w:tr>
    </w:tbl>
    <w:p w:rsidR="004F2669" w:rsidRPr="000D019B" w:rsidRDefault="00903DF4">
      <w:pPr>
        <w:pStyle w:val="1"/>
        <w:rPr>
          <w:rFonts w:ascii="標楷體" w:eastAsia="標楷體" w:hAnsi="標楷體"/>
          <w:sz w:val="32"/>
          <w:szCs w:val="32"/>
        </w:rPr>
      </w:pPr>
      <w:r w:rsidRPr="000D019B">
        <w:rPr>
          <w:rFonts w:ascii="標楷體" w:eastAsia="標楷體" w:hAnsi="標楷體"/>
          <w:sz w:val="32"/>
          <w:szCs w:val="32"/>
        </w:rPr>
        <w:t>一、原始學習需求</w:t>
      </w:r>
    </w:p>
    <w:p w:rsidR="004F2669" w:rsidRPr="000D019B" w:rsidRDefault="00903DF4">
      <w:pPr>
        <w:spacing w:after="60"/>
        <w:rPr>
          <w:rFonts w:ascii="標楷體" w:eastAsia="標楷體" w:hAnsi="標楷體"/>
          <w:sz w:val="28"/>
          <w:szCs w:val="28"/>
          <w:lang w:eastAsia="zh-TW"/>
        </w:rPr>
      </w:pPr>
      <w:r w:rsidRPr="000D019B">
        <w:rPr>
          <w:rFonts w:ascii="標楷體" w:eastAsia="標楷體" w:hAnsi="標楷體"/>
          <w:sz w:val="28"/>
          <w:szCs w:val="28"/>
          <w:lang w:eastAsia="zh-TW"/>
        </w:rPr>
        <w:t>本次學習源自何種問題或回饋？原先的知識、技能或態度缺口為何？</w:t>
      </w:r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298"/>
      </w:tblGrid>
      <w:tr w:rsidR="004F2669" w:rsidRPr="000D019B">
        <w:trPr>
          <w:tblHeader/>
          <w:jc w:val="center"/>
        </w:trPr>
        <w:tc>
          <w:tcPr>
            <w:tcW w:w="9298" w:type="dxa"/>
            <w:shd w:val="clear" w:color="auto" w:fill="DCECE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4F2669" w:rsidRPr="000D019B" w:rsidRDefault="00903DF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0D019B">
              <w:rPr>
                <w:rFonts w:ascii="標楷體" w:eastAsia="標楷體" w:hAnsi="標楷體"/>
                <w:b/>
                <w:color w:val="244A5A"/>
                <w:sz w:val="28"/>
                <w:szCs w:val="28"/>
              </w:rPr>
              <w:t>填寫區</w:t>
            </w:r>
            <w:proofErr w:type="spellEnd"/>
          </w:p>
        </w:tc>
      </w:tr>
      <w:tr w:rsidR="004F2669" w:rsidRPr="000D019B">
        <w:trPr>
          <w:jc w:val="center"/>
        </w:trPr>
        <w:tc>
          <w:tcPr>
            <w:tcW w:w="929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0D019B" w:rsidRDefault="00903DF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D019B">
              <w:rPr>
                <w:rFonts w:ascii="標楷體" w:eastAsia="標楷體" w:hAnsi="標楷體"/>
                <w:sz w:val="28"/>
                <w:szCs w:val="28"/>
              </w:rPr>
              <w:br/>
            </w:r>
          </w:p>
          <w:p w:rsidR="000D019B" w:rsidRDefault="000D019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0D019B" w:rsidRDefault="000D019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4F2669" w:rsidRPr="000D019B" w:rsidRDefault="00903DF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D019B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0D019B">
              <w:rPr>
                <w:rFonts w:ascii="標楷體" w:eastAsia="標楷體" w:hAnsi="標楷體"/>
                <w:sz w:val="28"/>
                <w:szCs w:val="28"/>
              </w:rPr>
              <w:br/>
            </w:r>
          </w:p>
        </w:tc>
      </w:tr>
    </w:tbl>
    <w:p w:rsidR="000D019B" w:rsidRDefault="000D019B">
      <w:pPr>
        <w:pStyle w:val="1"/>
        <w:rPr>
          <w:rFonts w:ascii="標楷體" w:eastAsia="標楷體" w:hAnsi="標楷體"/>
          <w:sz w:val="32"/>
          <w:szCs w:val="32"/>
          <w:lang w:eastAsia="zh-TW"/>
        </w:rPr>
      </w:pPr>
      <w:bookmarkStart w:id="0" w:name="_GoBack"/>
      <w:bookmarkEnd w:id="0"/>
    </w:p>
    <w:p w:rsidR="004F2669" w:rsidRPr="000D019B" w:rsidRDefault="00903DF4">
      <w:pPr>
        <w:pStyle w:val="1"/>
        <w:rPr>
          <w:rFonts w:ascii="標楷體" w:eastAsia="標楷體" w:hAnsi="標楷體"/>
          <w:sz w:val="32"/>
          <w:szCs w:val="32"/>
          <w:lang w:eastAsia="zh-TW"/>
        </w:rPr>
      </w:pPr>
      <w:r w:rsidRPr="000D019B">
        <w:rPr>
          <w:rFonts w:ascii="標楷體" w:eastAsia="標楷體" w:hAnsi="標楷體"/>
          <w:sz w:val="32"/>
          <w:szCs w:val="32"/>
          <w:lang w:eastAsia="zh-TW"/>
        </w:rPr>
        <w:t>二、資訊搜尋與學習方法</w:t>
      </w:r>
    </w:p>
    <w:p w:rsidR="004F2669" w:rsidRPr="000D019B" w:rsidRDefault="00903DF4">
      <w:pPr>
        <w:spacing w:after="60"/>
        <w:rPr>
          <w:rFonts w:ascii="標楷體" w:eastAsia="標楷體" w:hAnsi="標楷體"/>
          <w:sz w:val="28"/>
          <w:szCs w:val="28"/>
          <w:lang w:eastAsia="zh-TW"/>
        </w:rPr>
      </w:pPr>
      <w:r w:rsidRPr="000D019B">
        <w:rPr>
          <w:rFonts w:ascii="標楷體" w:eastAsia="標楷體" w:hAnsi="標楷體"/>
          <w:sz w:val="28"/>
          <w:szCs w:val="28"/>
          <w:lang w:eastAsia="zh-TW"/>
        </w:rPr>
        <w:t>使用哪些關鍵字、資料庫、教材、指引、研究文獻、實作或討論方式？</w:t>
      </w:r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298"/>
      </w:tblGrid>
      <w:tr w:rsidR="004F2669" w:rsidRPr="000D019B">
        <w:trPr>
          <w:tblHeader/>
          <w:jc w:val="center"/>
        </w:trPr>
        <w:tc>
          <w:tcPr>
            <w:tcW w:w="9298" w:type="dxa"/>
            <w:shd w:val="clear" w:color="auto" w:fill="DCECE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4F2669" w:rsidRPr="000D019B" w:rsidRDefault="00903DF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0D019B">
              <w:rPr>
                <w:rFonts w:ascii="標楷體" w:eastAsia="標楷體" w:hAnsi="標楷體"/>
                <w:b/>
                <w:color w:val="244A5A"/>
                <w:sz w:val="28"/>
                <w:szCs w:val="28"/>
              </w:rPr>
              <w:t>填寫區</w:t>
            </w:r>
            <w:proofErr w:type="spellEnd"/>
          </w:p>
        </w:tc>
      </w:tr>
      <w:tr w:rsidR="004F2669" w:rsidRPr="000D019B">
        <w:trPr>
          <w:jc w:val="center"/>
        </w:trPr>
        <w:tc>
          <w:tcPr>
            <w:tcW w:w="929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0D019B" w:rsidRDefault="000D019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0D019B" w:rsidRDefault="000D019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0D019B" w:rsidRDefault="000D019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4F2669" w:rsidRPr="000D019B" w:rsidRDefault="00903DF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D019B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0D019B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0D019B">
              <w:rPr>
                <w:rFonts w:ascii="標楷體" w:eastAsia="標楷體" w:hAnsi="標楷體"/>
                <w:sz w:val="28"/>
                <w:szCs w:val="28"/>
              </w:rPr>
              <w:br/>
            </w:r>
          </w:p>
        </w:tc>
      </w:tr>
    </w:tbl>
    <w:p w:rsidR="004F2669" w:rsidRPr="000D019B" w:rsidRDefault="00903DF4">
      <w:pPr>
        <w:pStyle w:val="1"/>
        <w:rPr>
          <w:rFonts w:ascii="標楷體" w:eastAsia="標楷體" w:hAnsi="標楷體"/>
          <w:sz w:val="32"/>
          <w:szCs w:val="32"/>
          <w:lang w:eastAsia="zh-TW"/>
        </w:rPr>
      </w:pPr>
      <w:r w:rsidRPr="000D019B">
        <w:rPr>
          <w:rFonts w:ascii="標楷體" w:eastAsia="標楷體" w:hAnsi="標楷體"/>
          <w:sz w:val="32"/>
          <w:szCs w:val="32"/>
          <w:lang w:eastAsia="zh-TW"/>
        </w:rPr>
        <w:t>三、資訊可信度與證據判斷</w:t>
      </w:r>
    </w:p>
    <w:p w:rsidR="004F2669" w:rsidRPr="000D019B" w:rsidRDefault="00903DF4">
      <w:pPr>
        <w:spacing w:after="60"/>
        <w:rPr>
          <w:rFonts w:ascii="標楷體" w:eastAsia="標楷體" w:hAnsi="標楷體"/>
          <w:sz w:val="28"/>
          <w:szCs w:val="28"/>
          <w:lang w:eastAsia="zh-TW"/>
        </w:rPr>
      </w:pPr>
      <w:r w:rsidRPr="000D019B">
        <w:rPr>
          <w:rFonts w:ascii="標楷體" w:eastAsia="標楷體" w:hAnsi="標楷體"/>
          <w:sz w:val="28"/>
          <w:szCs w:val="28"/>
          <w:lang w:eastAsia="zh-TW"/>
        </w:rPr>
        <w:t>如何判斷資料來源的可靠性？研究或資訊有哪些限制？</w:t>
      </w:r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298"/>
      </w:tblGrid>
      <w:tr w:rsidR="004F2669" w:rsidRPr="000D019B">
        <w:trPr>
          <w:tblHeader/>
          <w:jc w:val="center"/>
        </w:trPr>
        <w:tc>
          <w:tcPr>
            <w:tcW w:w="9298" w:type="dxa"/>
            <w:shd w:val="clear" w:color="auto" w:fill="DCECE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4F2669" w:rsidRPr="000D019B" w:rsidRDefault="00903DF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0D019B">
              <w:rPr>
                <w:rFonts w:ascii="標楷體" w:eastAsia="標楷體" w:hAnsi="標楷體"/>
                <w:b/>
                <w:color w:val="244A5A"/>
                <w:sz w:val="28"/>
                <w:szCs w:val="28"/>
              </w:rPr>
              <w:t>填寫區</w:t>
            </w:r>
            <w:proofErr w:type="spellEnd"/>
          </w:p>
        </w:tc>
      </w:tr>
      <w:tr w:rsidR="004F2669" w:rsidRPr="000D019B">
        <w:trPr>
          <w:jc w:val="center"/>
        </w:trPr>
        <w:tc>
          <w:tcPr>
            <w:tcW w:w="929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0D019B" w:rsidRDefault="000D019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0D019B" w:rsidRDefault="000D019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0D019B" w:rsidRDefault="000D019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4F2669" w:rsidRPr="000D019B" w:rsidRDefault="00903DF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D019B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0D019B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0D019B">
              <w:rPr>
                <w:rFonts w:ascii="標楷體" w:eastAsia="標楷體" w:hAnsi="標楷體"/>
                <w:sz w:val="28"/>
                <w:szCs w:val="28"/>
              </w:rPr>
              <w:br/>
            </w:r>
          </w:p>
        </w:tc>
      </w:tr>
    </w:tbl>
    <w:p w:rsidR="004F2669" w:rsidRPr="000D019B" w:rsidRDefault="00903DF4">
      <w:pPr>
        <w:pStyle w:val="1"/>
        <w:rPr>
          <w:rFonts w:ascii="標楷體" w:eastAsia="標楷體" w:hAnsi="標楷體"/>
          <w:sz w:val="32"/>
          <w:szCs w:val="32"/>
        </w:rPr>
      </w:pPr>
      <w:r w:rsidRPr="000D019B">
        <w:rPr>
          <w:rFonts w:ascii="標楷體" w:eastAsia="標楷體" w:hAnsi="標楷體"/>
          <w:sz w:val="32"/>
          <w:szCs w:val="32"/>
        </w:rPr>
        <w:t>四、主要學習成果</w:t>
      </w:r>
    </w:p>
    <w:p w:rsidR="004F2669" w:rsidRPr="000D019B" w:rsidRDefault="00903DF4">
      <w:pPr>
        <w:spacing w:after="60"/>
        <w:rPr>
          <w:rFonts w:ascii="標楷體" w:eastAsia="標楷體" w:hAnsi="標楷體"/>
          <w:sz w:val="28"/>
          <w:szCs w:val="28"/>
          <w:lang w:eastAsia="zh-TW"/>
        </w:rPr>
      </w:pPr>
      <w:r w:rsidRPr="000D019B">
        <w:rPr>
          <w:rFonts w:ascii="標楷體" w:eastAsia="標楷體" w:hAnsi="標楷體"/>
          <w:sz w:val="28"/>
          <w:szCs w:val="28"/>
          <w:lang w:eastAsia="zh-TW"/>
        </w:rPr>
        <w:t>本次完成哪些知識整合、技能、作品或臨床應用？</w:t>
      </w:r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298"/>
      </w:tblGrid>
      <w:tr w:rsidR="004F2669" w:rsidRPr="000D019B">
        <w:trPr>
          <w:tblHeader/>
          <w:jc w:val="center"/>
        </w:trPr>
        <w:tc>
          <w:tcPr>
            <w:tcW w:w="9298" w:type="dxa"/>
            <w:shd w:val="clear" w:color="auto" w:fill="DCECE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4F2669" w:rsidRPr="000D019B" w:rsidRDefault="00903DF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0D019B">
              <w:rPr>
                <w:rFonts w:ascii="標楷體" w:eastAsia="標楷體" w:hAnsi="標楷體"/>
                <w:b/>
                <w:color w:val="244A5A"/>
                <w:sz w:val="28"/>
                <w:szCs w:val="28"/>
              </w:rPr>
              <w:t>填寫區</w:t>
            </w:r>
            <w:proofErr w:type="spellEnd"/>
          </w:p>
        </w:tc>
      </w:tr>
      <w:tr w:rsidR="004F2669" w:rsidRPr="000D019B">
        <w:trPr>
          <w:jc w:val="center"/>
        </w:trPr>
        <w:tc>
          <w:tcPr>
            <w:tcW w:w="929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0D019B" w:rsidRDefault="00903DF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D019B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0D019B">
              <w:rPr>
                <w:rFonts w:ascii="標楷體" w:eastAsia="標楷體" w:hAnsi="標楷體"/>
                <w:sz w:val="28"/>
                <w:szCs w:val="28"/>
              </w:rPr>
              <w:br/>
            </w:r>
          </w:p>
          <w:p w:rsidR="000D019B" w:rsidRDefault="000D019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0D019B" w:rsidRDefault="000D019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0D019B" w:rsidRDefault="000D019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4F2669" w:rsidRPr="000D019B" w:rsidRDefault="00903DF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D019B">
              <w:rPr>
                <w:rFonts w:ascii="標楷體" w:eastAsia="標楷體" w:hAnsi="標楷體"/>
                <w:sz w:val="28"/>
                <w:szCs w:val="28"/>
              </w:rPr>
              <w:br/>
            </w:r>
          </w:p>
        </w:tc>
      </w:tr>
    </w:tbl>
    <w:p w:rsidR="004F2669" w:rsidRPr="000D019B" w:rsidRDefault="00903DF4">
      <w:pPr>
        <w:pStyle w:val="1"/>
        <w:rPr>
          <w:rFonts w:ascii="標楷體" w:eastAsia="標楷體" w:hAnsi="標楷體"/>
          <w:sz w:val="32"/>
          <w:szCs w:val="32"/>
        </w:rPr>
      </w:pPr>
      <w:r w:rsidRPr="000D019B">
        <w:rPr>
          <w:rFonts w:ascii="標楷體" w:eastAsia="標楷體" w:hAnsi="標楷體"/>
          <w:sz w:val="32"/>
          <w:szCs w:val="32"/>
        </w:rPr>
        <w:t>五、分享與回饋</w:t>
      </w:r>
    </w:p>
    <w:p w:rsidR="004F2669" w:rsidRPr="000D019B" w:rsidRDefault="00903DF4">
      <w:pPr>
        <w:spacing w:after="60"/>
        <w:rPr>
          <w:rFonts w:ascii="標楷體" w:eastAsia="標楷體" w:hAnsi="標楷體"/>
          <w:sz w:val="28"/>
          <w:szCs w:val="28"/>
          <w:lang w:eastAsia="zh-TW"/>
        </w:rPr>
      </w:pPr>
      <w:r w:rsidRPr="000D019B">
        <w:rPr>
          <w:rFonts w:ascii="標楷體" w:eastAsia="標楷體" w:hAnsi="標楷體"/>
          <w:sz w:val="28"/>
          <w:szCs w:val="28"/>
          <w:lang w:eastAsia="zh-TW"/>
        </w:rPr>
        <w:t>與誰分享？獲得哪些具體回饋？</w:t>
      </w:r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298"/>
      </w:tblGrid>
      <w:tr w:rsidR="004F2669" w:rsidRPr="000D019B">
        <w:trPr>
          <w:tblHeader/>
          <w:jc w:val="center"/>
        </w:trPr>
        <w:tc>
          <w:tcPr>
            <w:tcW w:w="9298" w:type="dxa"/>
            <w:shd w:val="clear" w:color="auto" w:fill="DCECE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4F2669" w:rsidRPr="000D019B" w:rsidRDefault="00903DF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0D019B">
              <w:rPr>
                <w:rFonts w:ascii="標楷體" w:eastAsia="標楷體" w:hAnsi="標楷體"/>
                <w:b/>
                <w:color w:val="244A5A"/>
                <w:sz w:val="28"/>
                <w:szCs w:val="28"/>
              </w:rPr>
              <w:t>填寫區</w:t>
            </w:r>
            <w:proofErr w:type="spellEnd"/>
          </w:p>
        </w:tc>
      </w:tr>
      <w:tr w:rsidR="004F2669" w:rsidRPr="000D019B">
        <w:trPr>
          <w:jc w:val="center"/>
        </w:trPr>
        <w:tc>
          <w:tcPr>
            <w:tcW w:w="929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4F2669" w:rsidRDefault="00903DF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D019B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0D019B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0D019B">
              <w:rPr>
                <w:rFonts w:ascii="標楷體" w:eastAsia="標楷體" w:hAnsi="標楷體"/>
                <w:sz w:val="28"/>
                <w:szCs w:val="28"/>
              </w:rPr>
              <w:br/>
            </w:r>
          </w:p>
          <w:p w:rsidR="000D019B" w:rsidRDefault="000D019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0D019B" w:rsidRDefault="000D019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0D019B" w:rsidRDefault="000D019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0D019B" w:rsidRPr="000D019B" w:rsidRDefault="000D019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F2669" w:rsidRPr="000D019B" w:rsidRDefault="00903DF4">
      <w:pPr>
        <w:pStyle w:val="1"/>
        <w:pageBreakBefore/>
        <w:rPr>
          <w:rFonts w:ascii="標楷體" w:eastAsia="標楷體" w:hAnsi="標楷體"/>
          <w:sz w:val="28"/>
        </w:rPr>
      </w:pPr>
      <w:r w:rsidRPr="000D019B">
        <w:rPr>
          <w:rFonts w:ascii="標楷體" w:eastAsia="標楷體" w:hAnsi="標楷體"/>
          <w:sz w:val="28"/>
        </w:rPr>
        <w:t>六、修正與反思</w:t>
      </w:r>
    </w:p>
    <w:p w:rsidR="004F2669" w:rsidRPr="000D019B" w:rsidRDefault="00903DF4">
      <w:pPr>
        <w:spacing w:after="60"/>
        <w:rPr>
          <w:rFonts w:ascii="標楷體" w:eastAsia="標楷體" w:hAnsi="標楷體"/>
          <w:sz w:val="28"/>
          <w:szCs w:val="28"/>
          <w:lang w:eastAsia="zh-TW"/>
        </w:rPr>
      </w:pPr>
      <w:r w:rsidRPr="000D019B">
        <w:rPr>
          <w:rFonts w:ascii="標楷體" w:eastAsia="標楷體" w:hAnsi="標楷體"/>
          <w:sz w:val="28"/>
          <w:szCs w:val="28"/>
          <w:lang w:eastAsia="zh-TW"/>
        </w:rPr>
        <w:t>依回饋做了哪些修正？本次最大的學習收穫與仍待改善之處為何？</w:t>
      </w:r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298"/>
      </w:tblGrid>
      <w:tr w:rsidR="004F2669" w:rsidRPr="000D019B">
        <w:trPr>
          <w:tblHeader/>
          <w:jc w:val="center"/>
        </w:trPr>
        <w:tc>
          <w:tcPr>
            <w:tcW w:w="9298" w:type="dxa"/>
            <w:shd w:val="clear" w:color="auto" w:fill="DCECE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4F2669" w:rsidRPr="000D019B" w:rsidRDefault="00903DF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0D019B">
              <w:rPr>
                <w:rFonts w:ascii="標楷體" w:eastAsia="標楷體" w:hAnsi="標楷體"/>
                <w:b/>
                <w:color w:val="244A5A"/>
                <w:sz w:val="28"/>
                <w:szCs w:val="28"/>
              </w:rPr>
              <w:t>填寫區</w:t>
            </w:r>
            <w:proofErr w:type="spellEnd"/>
          </w:p>
        </w:tc>
      </w:tr>
      <w:tr w:rsidR="004F2669" w:rsidRPr="000D019B">
        <w:trPr>
          <w:jc w:val="center"/>
        </w:trPr>
        <w:tc>
          <w:tcPr>
            <w:tcW w:w="929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4F2669" w:rsidRPr="000D019B" w:rsidRDefault="00903DF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D019B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0D019B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0D019B">
              <w:rPr>
                <w:rFonts w:ascii="標楷體" w:eastAsia="標楷體" w:hAnsi="標楷體"/>
                <w:sz w:val="28"/>
                <w:szCs w:val="28"/>
              </w:rPr>
              <w:br/>
            </w:r>
          </w:p>
        </w:tc>
      </w:tr>
    </w:tbl>
    <w:p w:rsidR="004F2669" w:rsidRPr="000D019B" w:rsidRDefault="00903DF4">
      <w:pPr>
        <w:pStyle w:val="1"/>
        <w:rPr>
          <w:rFonts w:ascii="標楷體" w:eastAsia="標楷體" w:hAnsi="標楷體"/>
          <w:sz w:val="28"/>
        </w:rPr>
      </w:pPr>
      <w:r w:rsidRPr="000D019B">
        <w:rPr>
          <w:rFonts w:ascii="標楷體" w:eastAsia="標楷體" w:hAnsi="標楷體"/>
          <w:sz w:val="28"/>
        </w:rPr>
        <w:t>七、下一步學習計畫</w:t>
      </w:r>
    </w:p>
    <w:p w:rsidR="004F2669" w:rsidRPr="000D019B" w:rsidRDefault="00903DF4">
      <w:pPr>
        <w:spacing w:after="60"/>
        <w:rPr>
          <w:rFonts w:ascii="標楷體" w:eastAsia="標楷體" w:hAnsi="標楷體"/>
          <w:sz w:val="28"/>
          <w:szCs w:val="28"/>
          <w:lang w:eastAsia="zh-TW"/>
        </w:rPr>
      </w:pPr>
      <w:r w:rsidRPr="000D019B">
        <w:rPr>
          <w:rFonts w:ascii="標楷體" w:eastAsia="標楷體" w:hAnsi="標楷體"/>
          <w:sz w:val="28"/>
          <w:szCs w:val="28"/>
          <w:lang w:eastAsia="zh-TW"/>
        </w:rPr>
        <w:t>下一階段將採取何種具體行動？預計何時完成？</w:t>
      </w:r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298"/>
      </w:tblGrid>
      <w:tr w:rsidR="004F2669" w:rsidRPr="000D019B">
        <w:trPr>
          <w:tblHeader/>
          <w:jc w:val="center"/>
        </w:trPr>
        <w:tc>
          <w:tcPr>
            <w:tcW w:w="9298" w:type="dxa"/>
            <w:shd w:val="clear" w:color="auto" w:fill="DCECE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4F2669" w:rsidRPr="000D019B" w:rsidRDefault="00903DF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0D019B">
              <w:rPr>
                <w:rFonts w:ascii="標楷體" w:eastAsia="標楷體" w:hAnsi="標楷體"/>
                <w:b/>
                <w:color w:val="244A5A"/>
                <w:sz w:val="28"/>
                <w:szCs w:val="28"/>
              </w:rPr>
              <w:t>填寫區</w:t>
            </w:r>
            <w:proofErr w:type="spellEnd"/>
          </w:p>
        </w:tc>
      </w:tr>
      <w:tr w:rsidR="004F2669" w:rsidRPr="000D019B">
        <w:trPr>
          <w:jc w:val="center"/>
        </w:trPr>
        <w:tc>
          <w:tcPr>
            <w:tcW w:w="929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4F2669" w:rsidRPr="000D019B" w:rsidRDefault="00903DF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D019B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0D019B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0D019B">
              <w:rPr>
                <w:rFonts w:ascii="標楷體" w:eastAsia="標楷體" w:hAnsi="標楷體"/>
                <w:sz w:val="28"/>
                <w:szCs w:val="28"/>
              </w:rPr>
              <w:br/>
            </w:r>
          </w:p>
        </w:tc>
      </w:tr>
    </w:tbl>
    <w:p w:rsidR="004F2669" w:rsidRPr="000D019B" w:rsidRDefault="00903DF4">
      <w:pPr>
        <w:pStyle w:val="1"/>
        <w:rPr>
          <w:rFonts w:ascii="標楷體" w:eastAsia="標楷體" w:hAnsi="標楷體"/>
          <w:sz w:val="28"/>
        </w:rPr>
      </w:pPr>
      <w:r w:rsidRPr="000D019B">
        <w:rPr>
          <w:rFonts w:ascii="標楷體" w:eastAsia="標楷體" w:hAnsi="標楷體"/>
          <w:sz w:val="28"/>
        </w:rPr>
        <w:t>八、教師／同儕回饋</w:t>
      </w:r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30"/>
      </w:tblGrid>
      <w:tr w:rsidR="004F2669" w:rsidRPr="000D019B">
        <w:trPr>
          <w:tblHeader/>
          <w:jc w:val="center"/>
        </w:trPr>
        <w:tc>
          <w:tcPr>
            <w:tcW w:w="2268" w:type="dxa"/>
            <w:shd w:val="clear" w:color="auto" w:fill="DCECE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4F2669" w:rsidRPr="000D019B" w:rsidRDefault="00903DF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D019B">
              <w:rPr>
                <w:rFonts w:ascii="標楷體" w:eastAsia="標楷體" w:hAnsi="標楷體"/>
                <w:b/>
                <w:color w:val="244A5A"/>
                <w:sz w:val="28"/>
                <w:szCs w:val="28"/>
              </w:rPr>
              <w:t>回饋者</w:t>
            </w:r>
          </w:p>
        </w:tc>
        <w:tc>
          <w:tcPr>
            <w:tcW w:w="7030" w:type="dxa"/>
            <w:shd w:val="clear" w:color="auto" w:fill="DCECE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4F2669" w:rsidRPr="000D019B" w:rsidRDefault="004F2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F2669" w:rsidRPr="000D019B">
        <w:trPr>
          <w:jc w:val="center"/>
        </w:trPr>
        <w:tc>
          <w:tcPr>
            <w:tcW w:w="226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4F2669" w:rsidRPr="000D019B" w:rsidRDefault="00903DF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D019B">
              <w:rPr>
                <w:rFonts w:ascii="標楷體" w:eastAsia="標楷體" w:hAnsi="標楷體"/>
                <w:sz w:val="28"/>
                <w:szCs w:val="28"/>
              </w:rPr>
              <w:t>具體回饋</w:t>
            </w:r>
          </w:p>
        </w:tc>
        <w:tc>
          <w:tcPr>
            <w:tcW w:w="7030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4F2669" w:rsidRPr="000D019B" w:rsidRDefault="00903DF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D019B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0D019B">
              <w:rPr>
                <w:rFonts w:ascii="標楷體" w:eastAsia="標楷體" w:hAnsi="標楷體"/>
                <w:sz w:val="28"/>
                <w:szCs w:val="28"/>
              </w:rPr>
              <w:br/>
            </w:r>
          </w:p>
        </w:tc>
      </w:tr>
      <w:tr w:rsidR="004F2669" w:rsidRPr="000D019B">
        <w:trPr>
          <w:jc w:val="center"/>
        </w:trPr>
        <w:tc>
          <w:tcPr>
            <w:tcW w:w="226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4F2669" w:rsidRPr="000D019B" w:rsidRDefault="00903DF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D019B">
              <w:rPr>
                <w:rFonts w:ascii="標楷體" w:eastAsia="標楷體" w:hAnsi="標楷體"/>
                <w:sz w:val="28"/>
                <w:szCs w:val="28"/>
              </w:rPr>
              <w:t>建議後續行動</w:t>
            </w:r>
          </w:p>
        </w:tc>
        <w:tc>
          <w:tcPr>
            <w:tcW w:w="7030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4F2669" w:rsidRPr="000D019B" w:rsidRDefault="00903DF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D019B">
              <w:rPr>
                <w:rFonts w:ascii="標楷體" w:eastAsia="標楷體" w:hAnsi="標楷體"/>
                <w:sz w:val="28"/>
                <w:szCs w:val="28"/>
              </w:rPr>
              <w:br/>
            </w:r>
          </w:p>
        </w:tc>
      </w:tr>
    </w:tbl>
    <w:p w:rsidR="00903DF4" w:rsidRPr="000D019B" w:rsidRDefault="00903DF4">
      <w:pPr>
        <w:rPr>
          <w:rFonts w:ascii="標楷體" w:eastAsia="標楷體" w:hAnsi="標楷體"/>
          <w:sz w:val="28"/>
          <w:szCs w:val="28"/>
        </w:rPr>
      </w:pPr>
    </w:p>
    <w:sectPr w:rsidR="00903DF4" w:rsidRPr="000D019B" w:rsidSect="00034616">
      <w:footerReference w:type="default" r:id="rId8"/>
      <w:pgSz w:w="12240" w:h="15840"/>
      <w:pgMar w:top="1020" w:right="1134" w:bottom="1020" w:left="113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DF4" w:rsidRDefault="00903DF4">
      <w:pPr>
        <w:spacing w:after="0" w:line="240" w:lineRule="auto"/>
      </w:pPr>
      <w:r>
        <w:separator/>
      </w:r>
    </w:p>
  </w:endnote>
  <w:endnote w:type="continuationSeparator" w:id="0">
    <w:p w:rsidR="00903DF4" w:rsidRDefault="00903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oto Sans CJK TC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669" w:rsidRDefault="00903DF4">
    <w:pPr>
      <w:pStyle w:val="a7"/>
      <w:jc w:val="center"/>
      <w:rPr>
        <w:lang w:eastAsia="zh-TW"/>
      </w:rPr>
    </w:pPr>
    <w:r>
      <w:rPr>
        <w:color w:val="666666"/>
        <w:sz w:val="17"/>
        <w:lang w:eastAsia="zh-TW"/>
      </w:rPr>
      <w:t>義守大學醫學系｜自主學習專欄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DF4" w:rsidRDefault="00903DF4">
      <w:pPr>
        <w:spacing w:after="0" w:line="240" w:lineRule="auto"/>
      </w:pPr>
      <w:r>
        <w:separator/>
      </w:r>
    </w:p>
  </w:footnote>
  <w:footnote w:type="continuationSeparator" w:id="0">
    <w:p w:rsidR="00903DF4" w:rsidRDefault="00903D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D019B"/>
    <w:rsid w:val="0015074B"/>
    <w:rsid w:val="0029639D"/>
    <w:rsid w:val="00326F90"/>
    <w:rsid w:val="004F2669"/>
    <w:rsid w:val="00903DF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2A177A"/>
  <w14:defaultImageDpi w14:val="300"/>
  <w15:docId w15:val="{8201C7FA-3A4F-4DC8-A75C-CAC74B394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100" w:line="324" w:lineRule="auto"/>
    </w:pPr>
    <w:rPr>
      <w:rFonts w:ascii="Noto Sans CJK TC" w:eastAsia="Noto Sans CJK TC" w:hAnsi="Noto Sans CJK TC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/>
      <w:b/>
      <w:bCs/>
      <w:color w:val="244A5A"/>
      <w:sz w:val="30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color w:val="244A5A"/>
      <w:sz w:val="25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before="200" w:after="120" w:line="240" w:lineRule="auto"/>
      <w:contextualSpacing/>
    </w:pPr>
    <w:rPr>
      <w:rFonts w:asciiTheme="majorHAnsi" w:eastAsiaTheme="majorEastAsia" w:hAnsiTheme="majorHAnsi" w:cstheme="majorBidi"/>
      <w:b/>
      <w:color w:val="244A5A"/>
      <w:spacing w:val="5"/>
      <w:kern w:val="28"/>
      <w:sz w:val="44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ctionLabel">
    <w:name w:val="Section Label"/>
    <w:pPr>
      <w:spacing w:before="120" w:after="60"/>
    </w:pPr>
    <w:rPr>
      <w:rFonts w:ascii="Noto Sans CJK TC" w:eastAsia="Noto Sans CJK TC" w:hAnsi="Noto Sans CJK TC"/>
      <w:b/>
      <w:color w:val="244A5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C501B0C-DA7A-47FB-8192-8ED202328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</Words>
  <Characters>381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標題</vt:lpstr>
      </vt:variant>
      <vt:variant>
        <vt:i4>9</vt:i4>
      </vt:variant>
    </vt:vector>
  </HeadingPairs>
  <TitlesOfParts>
    <vt:vector size="10" baseType="lpstr">
      <vt:lpstr/>
      <vt:lpstr>一、原始學習需求</vt:lpstr>
      <vt:lpstr/>
      <vt:lpstr>二、資訊搜尋與學習方法</vt:lpstr>
      <vt:lpstr>三、資訊可信度與證據判斷</vt:lpstr>
      <vt:lpstr>四、主要學習成果</vt:lpstr>
      <vt:lpstr>五、分享與回饋</vt:lpstr>
      <vt:lpstr>六、修正與反思</vt:lpstr>
      <vt:lpstr>七、下一步學習計畫</vt:lpstr>
      <vt:lpstr>八、教師／同儕回饋</vt:lpstr>
    </vt:vector>
  </TitlesOfParts>
  <Manager/>
  <Company/>
  <LinksUpToDate>false</LinksUpToDate>
  <CharactersWithSpaces>446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ASUS</cp:lastModifiedBy>
  <cp:revision>2</cp:revision>
  <dcterms:created xsi:type="dcterms:W3CDTF">2026-08-04T08:03:00Z</dcterms:created>
  <dcterms:modified xsi:type="dcterms:W3CDTF">2026-08-04T08:03:00Z</dcterms:modified>
  <cp:category/>
</cp:coreProperties>
</file>